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יסוד בגיאוגרפיה - כפר עולמי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מפתח בגיאוגרפיה כמו גלובליזציה, מרחב ואי שוויון מרחבי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כפר לעיר ובין תהליכים גלובליים למקומיים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המעבר הדמוגרפי וגורמי דחיפה ומשיכה בהגירה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 -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תהליך התחברות והתקשרות בין מדינות ואנשים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מספר שמודד את רמת ההתפתחות של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תעשייה המבוססת על ידע וטכנולוגיה מתקדמים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בעיה המשפיעה על כמה מדינות בו זמנית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אוכלוסייה קטנה יותר וצפיפות נמוכה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דברים טובים שמושכים אנשים למקום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דברים רעים שגורמים לאנשים לעזוב את מקומם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ג – ארבעה או חמישה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אי שוויון מרחבי מתאר דווקא הבדלים גדולים בין אזורים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המדויקת של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בשוק חופשי יש פחות התערבות של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מונח מקובל לתיאור ערים ענקיות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מהפכת התחבורה קירבה בין אזורים ואפשרה תנועה מהירה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גלובליזציה משפיעה גם על תרבות, טכנולוגיה וכלכלה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האחדה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חופשי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מרחבי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מושג והגדרה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(תהליך התחברות בין מדינות ואנשים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(שטח מסוים על פני כדור הארץ)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(תעשייה המבוססת על ידע וטכנולוגיה)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(כלכלה עם מעט התערבות ממשלתית)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(הבדלים גדולים בין אזורים)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 המעבר הדמוגרפי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שלב ראשון - ילודה גבוהה ותמותה גבוהה, גידול אוכלוסייה איטי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שלב שני - ירידה בתמותה בזכות שיפור ברפואה, גידול אוכלוסייה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שלב שלישי - ירידה גם בילודה, קצב הגידול מואט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שלב רביעי - ילודה נמוכה ותמותה נמוכה, גידול אוכלוסייה איטי ויציב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אמורים להציג השפעה חיובית כמו גישה למידע ומוצרים מכל העולם, והשפעה שלילית כמו איבוד ייחודיות תרבותית מקומית או אי שוויון כלכלי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לחיבור בין מדינות ואנשים בעולם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אזכור של גודל אוכלוסייה, צפיפות או תעסוקה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אזכור של דברים טובים שמושכים אנשים למקום חדש כמו עבודה או ביטחון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המשחקים הדיגיטליים מהעמוד לצד הדף המודפס לחיזוק הלמידה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המושגים בעל פה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יסוד בגיאוגרפיה - כפר עולמי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המושגים המרכזיים הנלמדים ביחידות הגיאוגרפיה: גלובליזציה, מדדים, הבדלים בין כפר לעיר, ותהליכים דמוגרפיים באוכלוסיית העולם.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 -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גלובליזציה?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תהליך התחברות והתקשרות בין מדינות ואנשים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בניית כביש חדש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גידול אוכלוסייה בכפר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מדד לבדיקת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מדד פיתוח?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שמודד את רמת ההתפתחות של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של עיר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תחבורה ציבורית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חוק בינלאומי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תעשייה עתירת ידע?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חקלאות מסורתית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תעשייה המבוססת על ידע וטכנולוגיה מתקדמים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תעשיית טקסטיל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דיג בכפרים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בעיה חוצת גבולות?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בעיה הנשארת בתוך עיר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בעיה המשפיעה על כמה מדינות בו זמנית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בעיה של כביש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בעיה שקיימת רק בכפרים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מאפיין בדרך כלל כפר לעומת עיר?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אוכלוסייה קטנה יותר וצפיפות נמוכה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גורדי שחקים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תחבורה ציבורית מפותחת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אוכלוסייה גדולה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מהם גורמי משיכה בהגירה?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דברים רעים שגורמים לעזוב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דברים טובים שמושכים אנשים למקום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מחלות באזור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מלחמות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מהם גורמי דחיפה בהגירה?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דברים טובים במקום החדש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דברים רעים שגורמים לאנשים לעזוב את מקומם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כסף רב באזור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תרבות עשירה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כמה שלבים יש בדרך כלל במעבר הדמוגרפי?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 או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שוויון מרחבי הוא מצב שבו כל האזורים בעולם מפותחים באותה מידה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האחדה תרבותית היא תהליך שבו תרבויות נעשות דומות יותר אחת לשנייה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שוק חופשי הוא כלכלה שבה המדינה שולטת בכל הקנייה והמכירה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ערים גדולות נקראות לעיתים ערי ענק כאשר האוכלוסייה בהן עצומה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מהפכת התחבורה לא השפיעה על הקשר בין אזורים שונים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גלובליזציה קשורה רק לכלכלה ואינה משפיעה על תרבות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תהליך שבו העולם מתחבר ונהיה דומה לכפר אחד גדול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מספר שמודד את רמת ההתפתחות של מדינה נקרא __________ פיתוח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תהליך שבו תרבויות שונות נעשות דומות יותר נקרא __________ תרבותית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בעיה המשפיעה על כמה מדינות בו זמנית נקראת בעיה __________ גבולות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כלכלה שבה יש מעט התערבות ממשלתית בקנייה ומכירה נקראת שוק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הבדלים גדולים בין אזורים שונים ברמת החיים נקראים אי שוויון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מושג והגדרה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גלובליזציה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שטח מסוים על פני כדור הארץ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מרחב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תהליך התחברות בין מדינות ואנשים בעולם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תעשייה עתירת 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הבדלים גדולים בין אזורים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שוק חופשי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תעשייה המבוססת על ידע וטכנולוגיה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 שוויון מרחבי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כלכלה עם מעט התערבות ממשלתית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שלבי המעבר הדמוגרפי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רביעי - ילודה נמוכה ותמותה נמוכה, גידול אוכלוסייה איטי ויציב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ראשון - ילודה גבוהה ותמותה גבוהה, גידול אוכלוסייה איטי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שני - ירידה בתמותה בזכות שיפור ברפואה, גידול אוכלוסייה מהיר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שלישי - ירידה גם בילודה, קצב הגידול מואט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גלובליזציה יכולה להשפיע גם לטובה וגם לרעה על חיי היומיום של אנשים. תנו דוגמה אחת לכל השפעה.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גלובליזציה בעזרת מילים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להבדל בין כפר לעיר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גורמי משיכה בהגירה?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מושגי יסוד בגיאוגרפיה - כפר עולמי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