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בגיאוגרפיה כמו גלובליזציה, מרחב ואי שוויון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כפר לעיר ובין תהליכים גלובליים למקומיים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 וגורמי דחיפה ומשיכה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התחברות והתקשרות בין מדינות ואנשים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מספר שמודד את רמת ההתפתחות של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תעשייה המבוססת על ידע וטכנולוגיה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בעיה המשפיעה על כמה מדינות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אוכלוסייה קטנה יותר וצפיפות נמוכה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דברים טובים שמושכים אנשים למקום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דברים רעים שגורמים לאנשים לעזוב את מקומם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ארבעה או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 שוויון מרחבי מתאר דווקא הבדלים גדולים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בשוק חופשי יש פחות התערבות של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מונח מקובל לתיאור ערים ענקיות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מהפכת התחבורה קירבה בין אזורים ואפשרה תנועה מהירה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גלובליזציה משפיעה גם על תרבות, טכנולוגיה וכלכלה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מרחבי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(תהליך התחברות בין מדינות ואנשים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(שטח מסוים על פני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(תעשייה המבוססת על ידע וטכנולוגיה)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(כלכלה עם מעט התערבות ממשלתית)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(הבדלים גדולים בין אזורים)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ראשון - ילודה גבוהה ותמותה גבוהה, גידול אוכלוסייה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שני - ירידה בתמותה בזכות שיפור ברפואה, גידול אוכלוסייה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שלישי - ירידה גם בילודה, קצב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רביעי - ילודה נמוכה ותמותה נמוכה, גידול אוכלוסייה איטי ויציב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להציג השפעה חיובית כמו גישה למידע ומוצרים מכל העולם, והשפעה שלילית כמו איבוד ייחודיות תרבותית מקומית או אי שוויון כלכלי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לחיבור בין מדינות ואנשים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גודל אוכלוסייה, צפיפות או תעסוקה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של דברים טובים שמושכים אנשים למקום חדש כמו עבודה או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המשחקים הדיגיטליים מהעמוד לצד הדף המודפס לחיזוק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בגיאוגרפיה -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בגיאוגרפיה. נתרגל הבדל בין כפר לעיר, ונלמד על אנשים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מתחבר ונהיה כמו כפר אחד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מסוים על פני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שמראה כמה מפותחת מדינה או כמה גדול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חופשי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כלכלה שבה אנשים וחברות קונים ומוכרים בלי הגבלות רבות של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תעשייה עתירת 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תעשייה שמבוססת על ידע וטכנולוגיה מתקדמת, כמו הייטק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האחדה תרבותית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תרבויות שונות בעולם נעשות דומות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חוצת גבולות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שלא נשארת במדינה אחת אלא משפיעה על כמה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גדולים בין אזורים שונים ברמת החיים או בפיתוח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התחברות והתקשרות בין מדינות ואנשים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כביש חדש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גידול אוכלוסייה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מדד לבדיקת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מדד פיתוח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שמודד את רמת ההתפתחות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תעשייה עתירת 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חקלאות מסורתית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תעשייה המבוססת על ידע וטכנולוגיה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תעשיית טקסטיל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דיג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בעיה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הנשארת בתוך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המשפיעה על כמה מדינות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של כביש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שקיימת רק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בכפר לעומת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אוכלוסייה קטנה יותר וצפיפות נמוכה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גורדי שחקים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תחבורה ציבורית מפותחת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אוכלוסייה גדולה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גורם משיכה?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רעים שגורמים לעזוב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טובים שמושכים אנשים למקום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מחלות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זה גורם דחיפה?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טובים במקום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רעים שגורמים לאנשים לעזוב את מקומם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רב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שלבים במעבר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או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הוא מצב שבו כל האזורים בעולם מפותחים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האחדה תרבותית היא תהליך שבו תרבויות נעשות דומות יותר אחת לשנייה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 חופשי הוא כלכלה שבה המדינה שולטת בכל הקנייה והמכירה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ערים גדולות נקראות לעיתים ערי ענק כאשר האוכלוסייה בהן עצומה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מהפכת התחבורה לא השפיעה על הקשר בין אזורים שונים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רק לכלכלה ואינה משפיעה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תהליך שבו העולם מתחבר ונהיה דומה לכפר אחד 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שמודד את רמת ההתפתחות של מדינה נקרא __________ פיתוח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תרבויות שונות נעשות דומות יותר נקרא __________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בעיה המשפיעה על כמה מדינות בו זמנית נקראת בעיה __________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כלכלה שבה יש מעט התערבות ממשלתית בקנייה ומכירה נקראת שוק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הבדלים גדולים בין אזורים שונים ברמת החיים נקראים אי שוויון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כלכלה עם מעט התערבות ממשלתית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הבדלים גדולים בין אזורים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תעשייה עתירת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תהליך התחברות בין מדינות ואנשים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שוק חופשי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מסוים על פני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תעשייה המבוססת על ידע וטכנולוגיה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רביעי - ילודה נמוכה ותמותה נמוכה, גידול אוכלוסייה איטי ויציב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שלישי - ירידה גם בילודה, קצב הגידול מואט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שני - ירידה בתמותה בזכות שיפור ברפואה, גידול אוכלוסייה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ראשון - ילודה גבוהה ותמותה גבוהה, גידול אוכלוסייה איטי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גלובליזציה יכולה להשפיע גם לטובה וגם לרעה על חיי היומיום של אנשים. תנו דוגמה אחת לכל השפעה.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בעזרת 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כפר לעיר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גורמי משיכה בהגירה?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בגיאוגרפיה -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