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בגיאוגרפיה כמו גלובליזציה, מרחב ואי שוויון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כפר לעיר ובין תהליכים גלובליים למקומיים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 וגורמי דחיפה ומשיכה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והתקשרות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מספר שמודד את רמת ההתפתחות של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בעיה המשפיעה על כמה מדינות בו זמנית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 שוויון מרחבי מתאר דווקא הבדלים גדולים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בשוק חופשי יש פחות התערבות של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(תהליך התחברות בין מדינות ואנשים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(שטח מסוים על פני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(תעשייה המבוססת על ידע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(כלכלה עם מעט התערבות ממשלתית)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ראשון - ילודה גבוהה ותמותה גבוהה, גידול אוכלוסייה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שני - ירידה בתמותה בזכות שיפור ברפואה, גידול אוכלוסייה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שלישי - ירידה גם בילודה, קצב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רביעי - ילודה נמוכה ותמותה נמוכה, גידול אוכלוסייה איטי ויציב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להציג השפעה חיובית כמו גישה למידע ומוצרים מכל העולם, והשפעה שלילית כמו איבוד ייחודיות תרבותית מקומית או אי שוויון כלכלי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לחיבור בין מדינות ואנשים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גודל אוכלוסייה, צפיפות או תעסוקה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דברים טובים שמושכים אנשים למקום חדש כמו עבודה או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המשחקים הדיגיטליים מהעמוד לצד הדף המודפס לחיזוק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המרכזיים הנלמדים ביחידות הגיאוגרפיה: גלובליזציה, מדדים, הבדלים בין כפר לעיר, ותהליכים דמוגרפיים באוכלוסיית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חוצת  ·  גלובליזציה  ·  מדד  ·  האחדה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התחברות והתקשרות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בניית כביש חדש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גידול אוכלוסייה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מדד פיתוח?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שמודד את רמת ההתפתחות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בעיה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בעיה הנשארת בתוך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בעיה המשפיעה על כמה מדינות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בעיה של כביש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שוויון מרחבי הוא מצב שבו כל האזורים בעולם מפותחים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האחדה תרבותית היא תהליך שבו תרבויות נעשות דומות יותר אחת לשנייה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 חופשי הוא כלכלה שבה המדינה שולטת בכל הקנייה והמכירה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תהליך שבו העולם מתחבר ונהיה דומה לכפר אחד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מספר שמודד את רמת ההתפתחות של מדינה נקרא __________ פיתוח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תהליך שבו תרבויות שונות נעשות דומות יותר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בעיה המשפיעה על כמה מדינות בו זמנית נקראת בעיה __________ גבולות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כלכלה עם מעט התערבות ממשלתית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תעשייה המבוססת על ידע וטכנולוגיה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תעשייה עתירת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שטח מסוים על פני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תהליך התחברות בין מדינות ואנשים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רביעי - ילודה נמוכה ותמותה נמוכה, גידול אוכלוסייה איטי ויציב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שלישי - ירידה גם בילודה, קצב הגידול מואט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ראשון - ילודה גבוהה ותמותה גבוהה, גידול אוכלוסייה איטי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שני - ירידה בתמותה בזכות שיפור ברפואה, גידול אוכלוסייה מהיר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גלובליזציה יכולה להשפיע גם לטובה וגם לרעה על חיי היומיום של אנשים. תנו דוגמה אחת לכל השפעה.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בעזרת 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להבדל בין כפר לעיר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בגיאוגרפיה -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